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צרכנות מודעת וקבלת החלטות פיננסיות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החלטות רגשיות לרציונאליות בצרכנות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טכניקות שיווק נפוצות ואת הזכויות של הצרכן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סכנות של הונאות צרכניות ברשת ולדעת כיצד להתגונן מפניהן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רציונאלית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קנייה מתוך דחף רגעי בלי 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טכניקת שיווק מכוונת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החלטה רציונאלית מבוססת על חשיבה והשוואה, לא על דחף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אושר קשור יותר לחוויות וקשרים מאשר לרכישת חפצים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חוק הגנת הצרכן מאפשר להגיש תלונות ולדרוש 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רגשית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צרכן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הונאה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(מבוססת על השוואה ובדיקה)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(מבוססת על דחף רגעי)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(מגן על זכויות הקונים)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(ניסיון לגנוב מידע או כסף)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מקבלים הודעה שמבקשת פרטים אישיים ברשת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אם המקור מהימן ומוכר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מזינים פרטים אם יש חשד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מדווחים או חוסמים את השולח החשוד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המראה הבנה של ההבדל בין קנייה רגשית לרציונאלית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רציונאלית - חשיבה והשוואה; רגשית - דחף רגעי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מיקום מוצרים ליד הקופה או מבצעים בולטים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מהימנות המקור ולא למסור פרטים לפני 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אישית של קנייה רגשית כדי לעורר 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דוגמאות מהחיים האמיתיים של התלמידים מהסופרמרקט או מהרשת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בכיתה תוך שמירה על כבוד הדדי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צרכנות מודעת וקבלת החלטות פיננסיות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כל יום אנחנו מקבלים החלטות קנייה רבות, לפעמים מתוך מחשבה ולפעמים מתוך רגש. דף זה יעזור לכם להבין מה משפיע עלינו כצרכנים, מהן הזכויות שלנו ואיך נשמרים מהונאות.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הונאה  ·  צרכן  ·  רגשית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החלטת קנייה המבוססת על השוואת מחירים ובדיקת צורך היא החלטה: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רגשית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רציונאלית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אקראית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מאפיין החלטת קנייה רגשית?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בדיקת מחירים במספר חנויות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קנייה מתוך דחף רגעי בלי מחשבה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קריאת ביקורות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מיקום מוצרי המתיקה ליד הקופה בסופרמרקט הוא דוגמה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טעות בתכנון 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טכניקת שיווק מכוונת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חוק צרכנות מחייב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החלטה רציונאלית מתקבלת מתוך דחף רגעי.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מחקרים מראים שצריכה חומרית מוגזמת לא בהכרח מביאה לאושר ארוך טווח.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לצרכן יש זכות להגיש תלונה אם מוצר שקנה פגום.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החלטה המבוססת על רגש ולא על חשיבה נקראת החלטה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החוק שמגן על זכויות הקונים נקרא חוק הגנת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ניסיון לגנוב כסף או מידע מקונה ברשת נקרא __________ צרכנית.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החלטה רציונאלית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מגן על זכויות הקונים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החלטה רגשית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ניסיון לגנוב מידע או כסף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חוק הגנת הצרכן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מבוססת על השוואה ובדיקה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הונאה ברשת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מבוססת על דחף רגעי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אם המקור מהימן ומוכר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מדווחים או חוסמים את השולח החשוד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מקבלים הודעה שמבקשת פרטים אישיים ברשת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לא מזינים פרטים אם יש חשד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מקרה שבו קניתם משהו מתוך רגש ולא מתוך צורך אמיתי. מה הייתם עושים אחרת היום?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החלטת קנייה רציונאלית לרגשית?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לטכניקת שיווק בסופרמרקט.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צרכנות מודעת וקבלת החלטות פיננסיות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