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צרכנות מודעת וקבלת החלטות פיננסיות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החלטות רגשיות לרציונאליות בצרכנות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טכניקות שיווק נפוצות ואת הזכויות של הצרכן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סכנות של הונאות צרכניות ברשת ולדעת כיצד להתגונן מפניהן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רציונאלית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קנייה מתוך דחף רגעי בלי 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בדרך כלל לא, ההשפעה זמנית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טכניקת שיווק מכוונת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להגן על זכויות הקונים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לבדוק את מהימנות המקור לפני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החלטה רציונאלית מבוססת על חשיבה והשוואה, לא על דחף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אושר קשור יותר לחוויות וקשרים מאשר לרכישת 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סידור המדפים מתוכנן בקפידה כדי להשפיע על בחירות הקונים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חוק הגנת הצרכן מאפשר להגיש תלונות ולדרוש 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קיימות הונאות המתחזות לבנקים כדי לגנוב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מחיר נמוך לעיתים משקף עלות נסתרת בייצור או באיכות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שיווק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(מבוססת על השוואה ובדיקה)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(מבוססת על דחף רגעי)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(מגן על זכויות הקונים)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(ניסיון לגנוב מידע או 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(טכניקות שיווק בחנות)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(עלולה לפגוע באיכות או בסביבה)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מקבלים הודעה שמבקשת פרטים אישיים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המקור מהימן ומוכר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מזינים פרטים אם יש חשד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מדווחים או חוסמים את השולח החשוד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המראה הבנה של ההבדל בין קנייה רגשית לרציונאלית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דוגמאות כמו מבצעים מפתים, מוזיקה בחנות, מול תכנון רשימת קניות מראש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רציונאלית - חשיבה והשוואה; רגשית - דחף רגעי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מיקום מוצרים ליד הקופה או מבצעים בולטים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מהימנות המקור ולא למסור פרטים לפני 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אישית של קנייה רגשית כדי לעורר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דוגמאות מהחיים האמיתיים של התלמידים מהסופרמרקט או מהרשת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בכיתה תוך שמירה על כבוד הדדי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צרכנות מודעת וקבלת החלטות פיננסיות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כל יום אנחנו מקבלים החלטות קנייה רבות, לפעמים מתוך מחשבה ולפעמים מתוך רגש. דף זה יעזור לכם להבין מה משפיע עלינו כצרכנים, מהן הזכויות שלנו ואיך נשמרים מהונאות.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החלטת קנייה המבוססת על השוואת מחירים ובדיקת צורך היא החלטה: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רציונאלית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אקראית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מאפיין החלטת קנייה רגשית?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בדיקת מחירים במספר 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קנייה מתוך דחף רגעי בלי מחשבה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קריאת ביקורות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השוואת איכות 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קנייה מרובה של מוצרים יכולה להגביר תחושת אושר לאורך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כן, תמיד ובאופן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בדרך כלל לא, ההשפעה זמנית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קונים דברים יקרים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כן, אבל רק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מיקום מוצרי המתיקה ליד הקופה בסופרמרקט הוא דוגמה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טעות בתכנון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טכניקת שיווק מכוונת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צרכנות מחייב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בדיקת איכות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מטרת 'חוק הגנת הצרכן'?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להגדיל מכירות לחברות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להגן על זכויות הקונים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להוריד מחירים בכל 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אחריות על 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כאשר אתר מבקש פרטי כרטיס אשראי בהודעה חשודה שהגיעה ברשת, מומלץ: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למלא את הפרטים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את מהימנות המקור לפני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לשתף את ההודעה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ולא לבדוק 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רציונאלית מתקבלת מתוך דחף רגעי.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מחקרים מראים שצריכה חומרית מוגזמת לא בהכרח מביאה לאושר ארוך טווח.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סידור המדפים בסופרמרקט נעשה באקראי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לצרכן יש זכות להגיש תלונה אם מוצר שקנה פגום.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הודעה שמגיעה מגורם המזדהה כבנק היא בהכרח אמינה.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מוצר זול יכול לפעמים לעלות ביוקר מבחינה סביבתית או איכותית.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החלטה המבוססת על רגש ולא על חשיבה נקראת החלטה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החוק שמגן על זכויות הקונים נקרא חוק הגנת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ניסיון לגנוב כסף או מידע מקונה ברשת נקרא __________ צרכנית.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מיקום מוצרים אסטרטגי בחנות הוא טכניקת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מוצרים זולים מאוד עלולים לפגוע ב__________ או באיכות החיים.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כדי להימנע מהונאות יש לשמור על אבטחת __________ אישי.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החלטה רציונאלית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ניסיון לגנוב מידע או 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החלטה רגשית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עלולה לפגוע באיכות או בסביבה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חוק הגנת הצרכן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מבוססת על דחף רגעי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הונאה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מבוססת על השוואה ובדיקה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סודות הסופר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מגן על זכויות הקונים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צריכה זולה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טכניקות שיווק בחנות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מדווחים או חוסמים את השולח החשוד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מזינים פרטים אם יש חשד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הודעה שמבקשת פרטים אישיים ברשת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המקור מהימן ומוכר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מקרה שבו קניתם משהו מתוך רגש ולא מתוך צורך אמיתי. מה הייתם עושים אחרת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שתי דרכים שבהן חנות יכולה לעודד קנייה רגשית, ושתי דרכים להתגונן מפניהן כקונים מודעים.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החלטת קנייה רציונאלית לרגשית?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לטכניקת שיווק בסופרמרקט.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כדאי לעשות כשמקבלים הודעה חשודה המבקשת פרטים אישיים?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צרכנות מודעת וקבלת החלטות פיננסיות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